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[VARDAS PAVARDĖ]</w:t>
      </w:r>
    </w:p>
    <w:p>
      <w:r>
        <w:rPr>
          <w:b w:val="0"/>
        </w:rPr>
        <w:t>[Pareigos, į kurias kreipiatės]</w:t>
      </w:r>
    </w:p>
    <w:p>
      <w:r>
        <w:rPr>
          <w:b w:val="0"/>
        </w:rPr>
        <w:t>[Miestas] | [+370 telefonas] | [vardas.pavarde@pastas.lt] | [LinkedIn nuoroda]</w:t>
      </w:r>
    </w:p>
    <w:p>
      <w:pPr>
        <w:spacing w:before="240"/>
      </w:pPr>
      <w:r>
        <w:rPr>
          <w:b/>
          <w:sz w:val="24"/>
        </w:rPr>
        <w:t>PRISISTATYMAS</w:t>
      </w:r>
    </w:p>
    <w:p>
      <w:r>
        <w:rPr>
          <w:b w:val="0"/>
        </w:rPr>
        <w:t>[1 sakinys: svarbiausia patirtis, išsilavinimas ar įgūdžiai šiam darbui]</w:t>
      </w:r>
    </w:p>
    <w:p>
      <w:r>
        <w:rPr>
          <w:b w:val="0"/>
        </w:rPr>
        <w:t>[1 sakinys: asmeninės savybės, rodančios, kad tiksite]</w:t>
      </w:r>
    </w:p>
    <w:p>
      <w:r>
        <w:rPr>
          <w:b w:val="0"/>
        </w:rPr>
        <w:t>[1 sakinys: kokio darbo ieškote ir kokiomis sąlygomis]</w:t>
      </w:r>
    </w:p>
    <w:p>
      <w:pPr>
        <w:spacing w:before="240"/>
      </w:pPr>
      <w:r>
        <w:rPr>
          <w:b/>
          <w:sz w:val="24"/>
        </w:rPr>
        <w:t>DARBO PATIRTIS</w:t>
      </w:r>
    </w:p>
    <w:p>
      <w:r>
        <w:rPr>
          <w:b/>
        </w:rPr>
        <w:t>[MMMM-MM] iki [MMMM-MM arba dabar]   [Pareigos]</w:t>
      </w:r>
    </w:p>
    <w:p>
      <w:r>
        <w:rPr>
          <w:b w:val="0"/>
        </w:rPr>
        <w:t>[Įmonė], [miestas]</w:t>
      </w:r>
    </w:p>
    <w:p>
      <w:pPr>
        <w:pStyle w:val="ListBullet"/>
      </w:pPr>
      <w:r>
        <w:t>[Ką padarėte: veiksmažodis + rezultatas]</w:t>
      </w:r>
    </w:p>
    <w:p>
      <w:pPr>
        <w:pStyle w:val="ListBullet"/>
      </w:pPr>
      <w:r>
        <w:t>[Ką padarėte: veiksmažodis + rezultatas]</w:t>
      </w:r>
    </w:p>
    <w:p>
      <w:pPr>
        <w:pStyle w:val="ListBullet"/>
      </w:pPr>
      <w:r>
        <w:t>[Ką padarėte: veiksmažodis + rezultatas]</w:t>
      </w:r>
    </w:p>
    <w:p>
      <w:r>
        <w:rPr>
          <w:b/>
        </w:rPr>
        <w:t>[MMMM-MM] iki [MMMM-MM arba dabar]   [Pareigos]</w:t>
      </w:r>
    </w:p>
    <w:p>
      <w:r>
        <w:rPr>
          <w:b w:val="0"/>
        </w:rPr>
        <w:t>[Įmonė], [miestas]</w:t>
      </w:r>
    </w:p>
    <w:p>
      <w:pPr>
        <w:pStyle w:val="ListBullet"/>
      </w:pPr>
      <w:r>
        <w:t>[Ką padarėte: veiksmažodis + rezultatas]</w:t>
      </w:r>
    </w:p>
    <w:p>
      <w:pPr>
        <w:pStyle w:val="ListBullet"/>
      </w:pPr>
      <w:r>
        <w:t>[Ką padarėte: veiksmažodis + rezultatas]</w:t>
      </w:r>
    </w:p>
    <w:p>
      <w:pPr>
        <w:pStyle w:val="ListBullet"/>
      </w:pPr>
      <w:r>
        <w:t>[Ką padarėte: veiksmažodis + rezultatas]</w:t>
      </w:r>
    </w:p>
    <w:p>
      <w:pPr>
        <w:spacing w:before="240"/>
      </w:pPr>
      <w:r>
        <w:rPr>
          <w:b/>
          <w:sz w:val="24"/>
        </w:rPr>
        <w:t>IŠSILAVINIMAS</w:t>
      </w:r>
    </w:p>
    <w:p>
      <w:r>
        <w:rPr>
          <w:b w:val="0"/>
        </w:rPr>
        <w:t>[MMMM] iki [MMMM]   [Laipsnis ar kvalifikacija], [institucija], [miestas]</w:t>
      </w:r>
    </w:p>
    <w:p>
      <w:pPr>
        <w:spacing w:before="240"/>
      </w:pPr>
      <w:r>
        <w:rPr>
          <w:b/>
          <w:sz w:val="24"/>
        </w:rPr>
        <w:t>ĮGŪDŽIAI</w:t>
      </w:r>
    </w:p>
    <w:p>
      <w:r>
        <w:rPr>
          <w:b w:val="0"/>
        </w:rPr>
        <w:t>Kalbos: [lietuvių (gimtoji)], [anglų (B2)]</w:t>
      </w:r>
    </w:p>
    <w:p>
      <w:r>
        <w:rPr>
          <w:b w:val="0"/>
        </w:rPr>
        <w:t>Programos ir įrankiai: [pavadinimai]</w:t>
      </w:r>
    </w:p>
    <w:p>
      <w:r>
        <w:rPr>
          <w:b w:val="0"/>
        </w:rPr>
        <w:t>Pažymėjimai ir licencijos: [pvz., B kategorijos vairuotojo pažymėjimas]</w:t>
      </w:r>
    </w:p>
    <w:p>
      <w:r>
        <w:rPr>
          <w:b w:val="0"/>
        </w:rPr>
        <w:t>Asmeninės savybės: [2 ar 3, susijusios su skelbimu]</w:t>
      </w:r>
    </w:p>
    <w:p>
      <w:pPr>
        <w:spacing w:before="240"/>
      </w:pPr>
      <w:r>
        <w:rPr>
          <w:b/>
          <w:sz w:val="24"/>
        </w:rPr>
        <w:t>PAPILDOMAI</w:t>
      </w:r>
    </w:p>
    <w:p>
      <w:r>
        <w:rPr>
          <w:b w:val="0"/>
        </w:rPr>
        <w:t>[Kursai, sertifikatai, savanorystė, jei susiję su pozicija]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šablonas</dc:title>
  <dc:subject/>
  <dc:creator>liaudanskas.lt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